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verhuurder, beheerder of deurwaarder]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voorstel betalingsregeling huurachterstand, </w:t>
      </w:r>
      <w:r>
        <w:rPr>
          <w:highlight w:val="yellow"/>
        </w:rPr>
        <w:t>[adres huurwoning]</w:t>
      </w:r>
      <w:r>
        <w:t xml:space="preserve"> </w:t>
      </w:r>
      <w:r>
        <w:rPr>
          <w:highlight w:val="yellow"/>
        </w:rPr>
        <w:t>[dossiernummer]</w:t>
      </w:r>
    </w:p>
    <w:p>
      <w:r>
        <w:t xml:space="preserve">Geachte heer of mevrouw </w:t>
      </w:r>
      <w:r>
        <w:rPr>
          <w:highlight w:val="yellow"/>
        </w:rPr>
        <w:t>[naam]</w:t>
      </w:r>
      <w:r>
        <w:t>,</w:t>
      </w:r>
    </w:p>
    <w:p>
      <w:r>
        <w:t xml:space="preserve">Ik huur de woning aan </w:t>
      </w:r>
      <w:r>
        <w:rPr>
          <w:highlight w:val="yellow"/>
        </w:rPr>
        <w:t>[adres]</w:t>
      </w:r>
      <w:r>
        <w:t xml:space="preserve">. Volgens </w:t>
      </w:r>
      <w:r>
        <w:rPr>
          <w:highlight w:val="yellow"/>
        </w:rPr>
        <w:t>[uw brief van (datum) of mijn eigen administratie]</w:t>
      </w:r>
      <w:r>
        <w:t xml:space="preserve"> heb ik een huurachterstand van € </w:t>
      </w:r>
      <w:r>
        <w:rPr>
          <w:highlight w:val="yellow"/>
        </w:rPr>
        <w:t>[bedrag]</w:t>
      </w:r>
      <w:r>
        <w:t xml:space="preserve"> over de maanden </w:t>
      </w:r>
      <w:r>
        <w:rPr>
          <w:highlight w:val="yellow"/>
        </w:rPr>
        <w:t>[maanden]</w:t>
      </w:r>
      <w:r>
        <w:t>.</w:t>
      </w:r>
    </w:p>
    <w:p>
      <w:r>
        <w:rPr>
          <w:highlight w:val="yellow"/>
        </w:rPr>
        <w:t>[Alleen opnemen als dit zo is:]</w:t>
      </w:r>
      <w:r>
        <w:t xml:space="preserve"> Met dit bedrag ben ik het niet eens, omdat </w:t>
      </w:r>
      <w:r>
        <w:rPr>
          <w:highlight w:val="yellow"/>
        </w:rPr>
        <w:t>[reden]</w:t>
      </w:r>
      <w:r>
        <w:t xml:space="preserve">. Volgens mij bedraagt de achterstand € </w:t>
      </w:r>
      <w:r>
        <w:rPr>
          <w:highlight w:val="yellow"/>
        </w:rPr>
        <w:t>[bedrag]</w:t>
      </w:r>
      <w:r>
        <w:t>.</w:t>
      </w:r>
    </w:p>
    <w:p>
      <w:r>
        <w:t xml:space="preserve">De achterstand is ontstaan doordat </w:t>
      </w:r>
      <w:r>
        <w:rPr>
          <w:highlight w:val="yellow"/>
        </w:rPr>
        <w:t>[korte reden, bijvoorbeeld verlies van werk, ziekte of een lagere uitkering]</w:t>
      </w:r>
      <w:r>
        <w:t xml:space="preserve">. </w:t>
      </w:r>
      <w:r>
        <w:rPr>
          <w:highlight w:val="yellow"/>
        </w:rPr>
        <w:t>[Wat er is veranderd, bijvoorbeeld: Sinds (datum) heb ik weer een vast inkomen.]</w:t>
      </w:r>
    </w:p>
    <w:p>
      <w:r>
        <w:t>Ik wil de achterstand volledig inlopen en stel de volgende regeling voor:</w:t>
      </w:r>
    </w:p>
    <w:p>
      <w:pPr>
        <w:pStyle w:val="ListBullet"/>
        <w:spacing w:after="40"/>
      </w:pPr>
      <w:r>
        <w:t xml:space="preserve">Ik betaal de lopende huur van € </w:t>
      </w:r>
      <w:r>
        <w:rPr>
          <w:highlight w:val="yellow"/>
        </w:rPr>
        <w:t>[bedrag]</w:t>
      </w:r>
      <w:r>
        <w:t xml:space="preserve"> elke maand op tijd, uiterlijk op de </w:t>
      </w:r>
      <w:r>
        <w:rPr>
          <w:highlight w:val="yellow"/>
        </w:rPr>
        <w:t>[dag]</w:t>
      </w:r>
      <w:r>
        <w:t xml:space="preserve"> van de maand.</w:t>
      </w:r>
    </w:p>
    <w:p>
      <w:pPr>
        <w:pStyle w:val="ListBullet"/>
        <w:spacing w:after="40"/>
      </w:pPr>
      <w:r>
        <w:t xml:space="preserve">Daarnaast los ik elke maand € </w:t>
      </w:r>
      <w:r>
        <w:rPr>
          <w:highlight w:val="yellow"/>
        </w:rPr>
        <w:t>[bedrag]</w:t>
      </w:r>
      <w:r>
        <w:t xml:space="preserve"> af, voor het eerst op </w:t>
      </w:r>
      <w:r>
        <w:rPr>
          <w:highlight w:val="yellow"/>
        </w:rPr>
        <w:t>[datum]</w:t>
      </w:r>
      <w:r>
        <w:t>.</w:t>
      </w:r>
    </w:p>
    <w:p>
      <w:pPr>
        <w:pStyle w:val="ListBullet"/>
        <w:spacing w:after="160"/>
      </w:pPr>
      <w:r>
        <w:t xml:space="preserve">De achterstand is dan uiterlijk op </w:t>
      </w:r>
      <w:r>
        <w:rPr>
          <w:highlight w:val="yellow"/>
        </w:rPr>
        <w:t>[datum]</w:t>
      </w:r>
      <w:r>
        <w:t xml:space="preserve"> volledig betaald.</w:t>
      </w:r>
    </w:p>
    <w:p>
      <w:r>
        <w:rPr>
          <w:highlight w:val="yellow"/>
        </w:rPr>
        <w:t>[Alleen opnemen als dit kan:]</w:t>
      </w:r>
      <w:r>
        <w:t xml:space="preserve"> Als eerste betaling maak ik binnen zeven dagen € </w:t>
      </w:r>
      <w:r>
        <w:rPr>
          <w:highlight w:val="yellow"/>
        </w:rPr>
        <w:t>[bedrag]</w:t>
      </w:r>
      <w:r>
        <w:t xml:space="preserve"> over.</w:t>
      </w:r>
    </w:p>
    <w:p>
      <w:r>
        <w:t>Ik verzoek u mij binnen zeven dagen schriftelijk te bevestigen dat u met deze regeling akkoord gaat. Ik verzoek u, zolang ik de regeling nakom, geen incasso- of ontruimingsmaatregelen te nemen en geen verdere kosten in rekening te brengen.</w:t>
      </w:r>
    </w:p>
    <w:p>
      <w:r>
        <w:t>Ik verzoek u mij ook een overzicht te sturen van de achterstand, uitgesplitst naar huur, servicekosten, rente en kosten.</w:t>
      </w:r>
    </w:p>
    <w:p>
      <w:r>
        <w:rPr>
          <w:highlight w:val="yellow"/>
        </w:rPr>
        <w:t>[Alleen opnemen als dit zo is:]</w:t>
      </w:r>
      <w:r>
        <w:t xml:space="preserve"> Ik heb mij op </w:t>
      </w:r>
      <w:r>
        <w:rPr>
          <w:highlight w:val="yellow"/>
        </w:rPr>
        <w:t>[datum]</w:t>
      </w:r>
      <w:r>
        <w:t xml:space="preserve"> gemeld bij de schuldhulpverlening van de gemeente </w:t>
      </w:r>
      <w:r>
        <w:rPr>
          <w:highlight w:val="yellow"/>
        </w:rPr>
        <w:t>[naam]</w:t>
      </w:r>
      <w:r>
        <w:t>.</w:t>
      </w:r>
    </w:p>
    <w:p>
      <w:r>
        <w:t>Dit voorstel houdt geen instemming in met beëindiging van mijn huurovereenkomst.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betalingsregeling huurachterstand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