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verzekeraar]</w:t>
      </w:r>
      <w:r>
        <w:br/>
      </w:r>
      <w:r>
        <w:t>Afdeling Klachten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bezwaar tegen afwijzing van mijn claim, polisnummer </w:t>
      </w:r>
      <w:r>
        <w:rPr>
          <w:highlight w:val="yellow"/>
        </w:rPr>
        <w:t>[nummer]</w:t>
      </w:r>
      <w:r>
        <w:t xml:space="preserve">, schadenummer </w:t>
      </w:r>
      <w:r>
        <w:rPr>
          <w:highlight w:val="yellow"/>
        </w:rPr>
        <w:t>[nummer]</w:t>
      </w:r>
    </w:p>
    <w:p>
      <w:r>
        <w:t>Geachte heer of mevrouw,</w:t>
      </w:r>
    </w:p>
    <w:p>
      <w:r>
        <w:t xml:space="preserve">Op </w:t>
      </w:r>
      <w:r>
        <w:rPr>
          <w:highlight w:val="yellow"/>
        </w:rPr>
        <w:t>[datum]</w:t>
      </w:r>
      <w:r>
        <w:t xml:space="preserve"> heeft u mijn claim over </w:t>
      </w:r>
      <w:r>
        <w:rPr>
          <w:highlight w:val="yellow"/>
        </w:rPr>
        <w:t>[korte omschrijving van de schade en de schadedatum]</w:t>
      </w:r>
      <w:r>
        <w:t xml:space="preserve"> afgewezen. Als reden noemt u: </w:t>
      </w:r>
      <w:r>
        <w:rPr>
          <w:highlight w:val="yellow"/>
        </w:rPr>
        <w:t>[reden uit de afwijzingsbrief]</w:t>
      </w:r>
      <w:r>
        <w:t>.</w:t>
      </w:r>
    </w:p>
    <w:p>
      <w:r>
        <w:t xml:space="preserve">Ik ben het niet eens met deze afwijzing. </w:t>
      </w:r>
      <w:r>
        <w:rPr>
          <w:highlight w:val="yellow"/>
        </w:rPr>
        <w:t>[Leg uit waarom de reden niet klopt. Verwijs naar het artikel uit de polisvoorwaarden, de feiten en uw bewijs.]</w:t>
      </w:r>
    </w:p>
    <w:p>
      <w:r>
        <w:t xml:space="preserve">Ik verzoek u de afwijzing te heroverwegen en binnen vier weken alsnog </w:t>
      </w:r>
      <w:r>
        <w:rPr>
          <w:highlight w:val="yellow"/>
        </w:rPr>
        <w:t>[€ bedrag uit te keren of de schade te vergoeden]</w:t>
      </w:r>
      <w:r>
        <w:t>.</w:t>
      </w:r>
    </w:p>
    <w:p>
      <w:r>
        <w:t>Ik verzoek u mij binnen veertien dagen een kopie te sturen van:</w:t>
      </w:r>
    </w:p>
    <w:p>
      <w:pPr>
        <w:pStyle w:val="ListBullet"/>
        <w:spacing w:after="40"/>
      </w:pPr>
      <w:r>
        <w:t>de polisvoorwaarden zoals die golden op de schadedatum;</w:t>
      </w:r>
    </w:p>
    <w:p>
      <w:pPr>
        <w:pStyle w:val="ListBullet"/>
        <w:spacing w:after="40"/>
      </w:pPr>
      <w:r>
        <w:t>alle expertise- en onderzoeksrapporten;</w:t>
      </w:r>
    </w:p>
    <w:p>
      <w:pPr>
        <w:pStyle w:val="ListBullet"/>
        <w:spacing w:after="160"/>
      </w:pPr>
      <w:r>
        <w:t>de gespreksverslagen en overige stukken waarop u de afwijzing baseert.</w:t>
      </w:r>
    </w:p>
    <w:p>
      <w:r>
        <w:t>Voor zover deze stukken mijn persoonsgegevens bevatten, verzoek ik u daarnaast om inzage en een kopie op grond van artikel 15 AVG.</w:t>
      </w:r>
    </w:p>
    <w:p>
      <w:r>
        <w:t>Deze brief is een klacht in de zin van uw interne klachtprocedure. Blijft u bij uw standpunt, dan verzoek ik u dat schriftelijk en gemotiveerd als definitief standpunt aan mij te bevestigen, met vermelding van de termijn waarbinnen ik de klacht aan Kifid kan voorleggen.</w:t>
      </w:r>
    </w:p>
    <w:p>
      <w:r>
        <w:t>Met deze brief maak ik schriftelijk aanspraak op uitkering (artikel 7:942 lid 2 BW) en behoud ik mij alle rechten voor, waaronder het recht om de zaak voor te leggen aan Kifid of de rechter.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bezwaar afwijzing verzekeraar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