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verhuurder of beheerder]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bezwaar tegen huurverhoging per </w:t>
      </w:r>
      <w:r>
        <w:rPr>
          <w:highlight w:val="yellow"/>
        </w:rPr>
        <w:t>[ingangsdatum]</w:t>
      </w:r>
      <w:r>
        <w:t xml:space="preserve">, </w:t>
      </w:r>
      <w:r>
        <w:rPr>
          <w:highlight w:val="yellow"/>
        </w:rPr>
        <w:t>[adres huurwoning]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Op </w:t>
      </w:r>
      <w:r>
        <w:rPr>
          <w:highlight w:val="yellow"/>
        </w:rPr>
        <w:t>[datum]</w:t>
      </w:r>
      <w:r>
        <w:t xml:space="preserve"> ontving ik uw voorstel om de huur van mijn woning aan </w:t>
      </w:r>
      <w:r>
        <w:rPr>
          <w:highlight w:val="yellow"/>
        </w:rPr>
        <w:t>[adres]</w:t>
      </w:r>
      <w:r>
        <w:t xml:space="preserve"> per </w:t>
      </w:r>
      <w:r>
        <w:rPr>
          <w:highlight w:val="yellow"/>
        </w:rPr>
        <w:t>[ingangsdatum]</w:t>
      </w:r>
      <w:r>
        <w:t xml:space="preserve"> te verhogen van € </w:t>
      </w:r>
      <w:r>
        <w:rPr>
          <w:highlight w:val="yellow"/>
        </w:rPr>
        <w:t>[huidige huur]</w:t>
      </w:r>
      <w:r>
        <w:t xml:space="preserve"> naar € </w:t>
      </w:r>
      <w:r>
        <w:rPr>
          <w:highlight w:val="yellow"/>
        </w:rPr>
        <w:t>[nieuwe huur]</w:t>
      </w:r>
      <w:r>
        <w:t xml:space="preserve"> per maand.</w:t>
      </w:r>
    </w:p>
    <w:p>
      <w:r>
        <w:t xml:space="preserve">Ik maak bezwaar tegen dit voorstel. Mijn reden is: </w:t>
      </w:r>
      <w:r>
        <w:rPr>
          <w:highlight w:val="yellow"/>
        </w:rPr>
        <w:t>[kies wat van toepassing is en verwijder de rest]</w:t>
      </w:r>
    </w:p>
    <w:p>
      <w:pPr>
        <w:pStyle w:val="ListBullet"/>
        <w:spacing w:after="40"/>
      </w:pPr>
      <w:r>
        <w:t>Het voorstel is minder dan twee maanden vóór de ingangsdatum bij mij binnengekomen.</w:t>
      </w:r>
    </w:p>
    <w:p>
      <w:pPr>
        <w:pStyle w:val="ListBullet"/>
        <w:spacing w:after="40"/>
      </w:pPr>
      <w:r>
        <w:t>De verhoging is hoger dan het wettelijk toegestane maximum voor mijn woning.</w:t>
      </w:r>
    </w:p>
    <w:p>
      <w:pPr>
        <w:pStyle w:val="ListBullet"/>
        <w:spacing w:after="40"/>
      </w:pPr>
      <w:r>
        <w:t>De verhoging is hoger dan mijn huurcontract toestaat.</w:t>
      </w:r>
    </w:p>
    <w:p>
      <w:pPr>
        <w:pStyle w:val="ListBullet"/>
        <w:spacing w:after="40"/>
      </w:pPr>
      <w:r>
        <w:t xml:space="preserve">De huur is in de afgelopen twaalf maanden al verhoogd, namelijk per </w:t>
      </w:r>
      <w:r>
        <w:rPr>
          <w:highlight w:val="yellow"/>
        </w:rPr>
        <w:t>[datum]</w:t>
      </w:r>
      <w:r>
        <w:t>.</w:t>
      </w:r>
    </w:p>
    <w:p>
      <w:pPr>
        <w:pStyle w:val="ListBullet"/>
        <w:spacing w:after="40"/>
      </w:pPr>
      <w:r>
        <w:t xml:space="preserve">Het voorstel bevat een fout: </w:t>
      </w:r>
      <w:r>
        <w:rPr>
          <w:highlight w:val="yellow"/>
        </w:rPr>
        <w:t>[omschrijving]</w:t>
      </w:r>
      <w:r>
        <w:t>.</w:t>
      </w:r>
    </w:p>
    <w:p>
      <w:pPr>
        <w:pStyle w:val="ListBullet"/>
        <w:spacing w:after="40"/>
      </w:pPr>
      <w:r>
        <w:t xml:space="preserve">Het inkomen of het huishouden waarvan u uitgaat, klopt niet: </w:t>
      </w:r>
      <w:r>
        <w:rPr>
          <w:highlight w:val="yellow"/>
        </w:rPr>
        <w:t>[toelichting]</w:t>
      </w:r>
      <w:r>
        <w:t>. De bewijsstukken stuur ik mee.</w:t>
      </w:r>
    </w:p>
    <w:p>
      <w:pPr>
        <w:pStyle w:val="ListBullet"/>
        <w:spacing w:after="160"/>
      </w:pPr>
      <w:r>
        <w:t xml:space="preserve">De Huurcommissie heeft de huur verlaagd wegens gebreken die nog niet zijn verholpen, of er loopt een zaak over gebreken: </w:t>
      </w:r>
      <w:r>
        <w:rPr>
          <w:highlight w:val="yellow"/>
        </w:rPr>
        <w:t>[zaaknummer of datum uitspraak]</w:t>
      </w:r>
      <w:r>
        <w:t>.</w:t>
      </w:r>
    </w:p>
    <w:p>
      <w:r>
        <w:rPr>
          <w:highlight w:val="yellow"/>
        </w:rPr>
        <w:t>[Bij sociale huur:]</w:t>
      </w:r>
      <w:r>
        <w:t xml:space="preserve"> Ik blijf de huidige huur van € </w:t>
      </w:r>
      <w:r>
        <w:rPr>
          <w:highlight w:val="yellow"/>
        </w:rPr>
        <w:t>[bedrag]</w:t>
      </w:r>
      <w:r>
        <w:t xml:space="preserve"> per maand betalen.</w:t>
      </w:r>
      <w:r>
        <w:br/>
      </w:r>
      <w:r>
        <w:rPr>
          <w:highlight w:val="yellow"/>
        </w:rPr>
        <w:t>[Bij middenhuur of vrije sector:]</w:t>
      </w:r>
      <w:r>
        <w:t xml:space="preserve"> Vanaf </w:t>
      </w:r>
      <w:r>
        <w:rPr>
          <w:highlight w:val="yellow"/>
        </w:rPr>
        <w:t>[ingangsdatum]</w:t>
      </w:r>
      <w:r>
        <w:t xml:space="preserve"> betaal ik de huur verhoogd met wat mijn huurcontract en de wet toestaan: € </w:t>
      </w:r>
      <w:r>
        <w:rPr>
          <w:highlight w:val="yellow"/>
        </w:rPr>
        <w:t>[bedrag]</w:t>
      </w:r>
      <w:r>
        <w:t xml:space="preserve"> per maand.</w:t>
      </w:r>
    </w:p>
    <w:p>
      <w:r>
        <w:t>Ik verzoek u het voorstel in te trekken of aan te passen en mij dat binnen veertien dagen schriftelijk te bevestigen.</w:t>
      </w:r>
    </w:p>
    <w:p>
      <w:r>
        <w:rPr>
          <w:highlight w:val="yellow"/>
        </w:rPr>
        <w:t>[Bij sociale huur:]</w:t>
      </w:r>
      <w:r>
        <w:t xml:space="preserve"> Handhaaft u het voorstel, dan is het aan u om binnen zes weken na de ingangsdatum de Huurcommissie om een uitspraak te vragen (artikel 7:253 lid 1 BW).</w:t>
      </w:r>
      <w:r>
        <w:br/>
      </w:r>
      <w:r>
        <w:rPr>
          <w:highlight w:val="yellow"/>
        </w:rPr>
        <w:t>[Bij middenhuur of vrije sector:]</w:t>
      </w:r>
      <w:r>
        <w:t xml:space="preserve"> Past u de verhoging niet aan, dan leg ik haar binnen vier maanden na de ingangsdatum voor aan de Huurcommissie (artikel 7:248 lid 4 BW).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bezwaar huurverhoging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