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highlight w:val="yellow"/>
        </w:rPr>
        <w:t>[Uw naam]</w:t>
      </w:r>
      <w:r>
        <w:br/>
      </w:r>
      <w:r>
        <w:rPr>
          <w:highlight w:val="yellow"/>
        </w:rPr>
        <w:t>[Uw adres]</w:t>
      </w:r>
      <w:r>
        <w:br/>
      </w:r>
      <w:r>
        <w:rPr>
          <w:highlight w:val="yellow"/>
        </w:rPr>
        <w:t>[Postcode en woonplaats]</w:t>
      </w:r>
    </w:p>
    <w:p>
      <w:r>
        <w:t xml:space="preserve">Aan: </w:t>
      </w:r>
      <w:r>
        <w:rPr>
          <w:highlight w:val="yellow"/>
        </w:rPr>
        <w:t>[naam verhuurder of beheerder]</w:t>
      </w:r>
      <w:r>
        <w:br/>
      </w:r>
      <w:r>
        <w:rPr>
          <w:highlight w:val="yellow"/>
        </w:rPr>
        <w:t>[Adres]</w:t>
      </w:r>
    </w:p>
    <w:p>
      <w:r>
        <w:rPr>
          <w:highlight w:val="yellow"/>
        </w:rPr>
        <w:t>[Plaats]</w:t>
      </w:r>
      <w:r>
        <w:t xml:space="preserve">, </w:t>
      </w:r>
      <w:r>
        <w:rPr>
          <w:highlight w:val="yellow"/>
        </w:rPr>
        <w:t>[datum]</w:t>
      </w:r>
    </w:p>
    <w:p>
      <w:r>
        <w:t>Per e-mail en aangetekend</w:t>
      </w:r>
    </w:p>
    <w:p>
      <w:r>
        <w:t xml:space="preserve">Betreft: melding van gebreken en verzoek tot herstel, </w:t>
      </w:r>
      <w:r>
        <w:rPr>
          <w:highlight w:val="yellow"/>
        </w:rPr>
        <w:t>[adres huurwoning]</w:t>
      </w:r>
    </w:p>
    <w:p>
      <w:r>
        <w:t xml:space="preserve">Geachte heer of mevrouw </w:t>
      </w:r>
      <w:r>
        <w:rPr>
          <w:highlight w:val="yellow"/>
        </w:rPr>
        <w:t>[naam]</w:t>
      </w:r>
      <w:r>
        <w:t>,</w:t>
      </w:r>
    </w:p>
    <w:p>
      <w:r>
        <w:t xml:space="preserve">Ik huur sinds </w:t>
      </w:r>
      <w:r>
        <w:rPr>
          <w:highlight w:val="yellow"/>
        </w:rPr>
        <w:t>[datum]</w:t>
      </w:r>
      <w:r>
        <w:t xml:space="preserve"> de woning aan </w:t>
      </w:r>
      <w:r>
        <w:rPr>
          <w:highlight w:val="yellow"/>
        </w:rPr>
        <w:t>[adres]</w:t>
      </w:r>
      <w:r>
        <w:t>. Hierbij meld ik u de volgende gebreken:</w:t>
      </w:r>
    </w:p>
    <w:p>
      <w:pPr>
        <w:pStyle w:val="ListNumber"/>
        <w:spacing w:after="40"/>
      </w:pPr>
      <w:r>
        <w:rPr>
          <w:highlight w:val="yellow"/>
        </w:rPr>
        <w:t>[Omschrijving van het gebrek, sinds wanneer, en wat de gevolgen zijn.]</w:t>
      </w:r>
    </w:p>
    <w:p>
      <w:pPr>
        <w:pStyle w:val="ListNumber"/>
        <w:spacing w:after="160"/>
      </w:pPr>
      <w:r>
        <w:rPr>
          <w:highlight w:val="yellow"/>
        </w:rPr>
        <w:t>[Eventueel tweede gebrek.]</w:t>
      </w:r>
    </w:p>
    <w:p>
      <w:r>
        <w:t xml:space="preserve">Foto's stuur ik als bijlage mee. </w:t>
      </w:r>
      <w:r>
        <w:rPr>
          <w:highlight w:val="yellow"/>
        </w:rPr>
        <w:t>[Alleen opnemen als dit zo is:]</w:t>
      </w:r>
      <w:r>
        <w:t xml:space="preserve"> Ik heb deze gebreken eerder aan u gemeld op </w:t>
      </w:r>
      <w:r>
        <w:rPr>
          <w:highlight w:val="yellow"/>
        </w:rPr>
        <w:t>[datum]</w:t>
      </w:r>
      <w:r>
        <w:t xml:space="preserve"> via </w:t>
      </w:r>
      <w:r>
        <w:rPr>
          <w:highlight w:val="yellow"/>
        </w:rPr>
        <w:t>[telefoon, e-mail of huurdersportaal]</w:t>
      </w:r>
      <w:r>
        <w:t>.</w:t>
      </w:r>
    </w:p>
    <w:p>
      <w:r>
        <w:t>De gebreken zijn niet door mij veroorzaakt en zijn geen kleine herstellingen die voor mijn rekening komen. U bent verplicht ze te herstellen (artikel 7:206 BW). Deze brief geldt als melding van de gebreken. Een huurverlaging kan worden gevorderd vanaf de dag van deze melding (artikel 7:207 lid 1 BW).</w:t>
      </w:r>
    </w:p>
    <w:p>
      <w:r>
        <w:t xml:space="preserve">Ik verzoek u binnen zeven dagen een afspraak met mij te maken. Ik sommeer u de gebreken uiterlijk binnen </w:t>
      </w:r>
      <w:r>
        <w:rPr>
          <w:highlight w:val="yellow"/>
        </w:rPr>
        <w:t>[zes weken, of korter bij spoed]</w:t>
      </w:r>
      <w:r>
        <w:t xml:space="preserve"> na de datum van deze brief te herstellen.</w:t>
      </w:r>
    </w:p>
    <w:p>
      <w:r>
        <w:t>Herstelt u de gebreken niet binnen deze termijn, dan behoud ik mij het recht voor om huurverlaging te vragen bij de Huurcommissie of de kantonrechter (artikel 7:207 BW), de gebreken voor uw rekening te laten herstellen (artikel 7:206 lid 3 BW) en vergoeding van mijn schade te vorderen (artikel 7:208 BW).</w:t>
      </w:r>
    </w:p>
    <w:p>
      <w:r>
        <w:t xml:space="preserve">Voor een afspraak ben ik bereikbaar op </w:t>
      </w:r>
      <w:r>
        <w:rPr>
          <w:highlight w:val="yellow"/>
        </w:rPr>
        <w:t>[telefoonnummer]</w:t>
      </w:r>
      <w:r>
        <w:t xml:space="preserve"> en </w:t>
      </w:r>
      <w:r>
        <w:rPr>
          <w:highlight w:val="yellow"/>
        </w:rPr>
        <w:t>[e-mailadres]</w:t>
      </w:r>
      <w:r>
        <w:t>.</w:t>
      </w:r>
    </w:p>
    <w:p>
      <w:r>
        <w:t>Met vriendelijke groet,</w:t>
      </w:r>
    </w:p>
    <w:p>
      <w:r>
        <w:rPr>
          <w:highlight w:val="yellow"/>
        </w:rPr>
        <w:t>[Uw naam en handtekening]</w:t>
      </w:r>
    </w:p>
    <w:p>
      <w:r>
        <w:t>Bijlage: foto's van de gebreken</w:t>
      </w:r>
    </w:p>
    <w:sectPr w:rsidR="00FC693F" w:rsidRPr="0006063C" w:rsidSect="00034616"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6"/>
      </w:rPr>
      <w:t>Voorbeeldbrief van arslan.nl/voorbeeldbrieven. Controleer of deze brief bij uw situatie past.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Voorbeeldbrief gebreken huurwoning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