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werkgever]</w:t>
      </w:r>
      <w:r>
        <w:br/>
      </w:r>
      <w:r>
        <w:t xml:space="preserve">T.a.v. </w:t>
      </w:r>
      <w:r>
        <w:rPr>
          <w:highlight w:val="yellow"/>
        </w:rPr>
        <w:t>[naam directeur of afdeling personeelszaken]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>Betreft: sommatie tot betaling van achterstallig loon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Ik ben sinds </w:t>
      </w:r>
      <w:r>
        <w:rPr>
          <w:highlight w:val="yellow"/>
        </w:rPr>
        <w:t>[datum]</w:t>
      </w:r>
      <w:r>
        <w:t xml:space="preserve"> bij u in dienst als </w:t>
      </w:r>
      <w:r>
        <w:rPr>
          <w:highlight w:val="yellow"/>
        </w:rPr>
        <w:t>[functie]</w:t>
      </w:r>
      <w:r>
        <w:t xml:space="preserve">. Mijn loon bedraagt € </w:t>
      </w:r>
      <w:r>
        <w:rPr>
          <w:highlight w:val="yellow"/>
        </w:rPr>
        <w:t>[bedrag]</w:t>
      </w:r>
      <w:r>
        <w:t xml:space="preserve"> bruto per </w:t>
      </w:r>
      <w:r>
        <w:rPr>
          <w:highlight w:val="yellow"/>
        </w:rPr>
        <w:t>[maand of vier weken]</w:t>
      </w:r>
      <w:r>
        <w:t>, exclusief vakantiegeld.</w:t>
      </w:r>
    </w:p>
    <w:p>
      <w:r>
        <w:t>Tot vandaag heb ik het volgende niet ontvangen:</w:t>
      </w:r>
    </w:p>
    <w:p>
      <w:pPr>
        <w:pStyle w:val="ListBullet"/>
        <w:spacing w:after="40"/>
      </w:pPr>
      <w:r>
        <w:t xml:space="preserve">loon over </w:t>
      </w:r>
      <w:r>
        <w:rPr>
          <w:highlight w:val="yellow"/>
        </w:rPr>
        <w:t>[periode]</w:t>
      </w:r>
      <w:r>
        <w:t xml:space="preserve">: € </w:t>
      </w:r>
      <w:r>
        <w:rPr>
          <w:highlight w:val="yellow"/>
        </w:rPr>
        <w:t>[bedrag]</w:t>
      </w:r>
      <w:r>
        <w:t xml:space="preserve"> bruto;</w:t>
      </w:r>
    </w:p>
    <w:p>
      <w:pPr>
        <w:pStyle w:val="ListBullet"/>
        <w:spacing w:after="160"/>
      </w:pPr>
      <w:r>
        <w:rPr>
          <w:highlight w:val="yellow"/>
        </w:rPr>
        <w:t>[vakantiegeld, overuren of andere post]</w:t>
      </w:r>
      <w:r>
        <w:t xml:space="preserve">: € </w:t>
      </w:r>
      <w:r>
        <w:rPr>
          <w:highlight w:val="yellow"/>
        </w:rPr>
        <w:t>[bedrag]</w:t>
      </w:r>
      <w:r>
        <w:t xml:space="preserve"> bruto.</w:t>
      </w:r>
    </w:p>
    <w:p>
      <w:r>
        <w:t>U bent verplicht het loon op tijd te betalen (artikelen 7:616 en 7:623 BW). Ik sommeer u het achterstallige bedrag binnen zeven dagen na de datum van deze brief over te maken op mijn bij u bekende rekeningnummer. Ik verzoek u mij ook de bijbehorende loonstroken te sturen.</w:t>
      </w:r>
    </w:p>
    <w:p>
      <w:r>
        <w:t>Ik maak aanspraak op de wettelijke verhoging wegens te late betaling (artikel 7:625 BW) en op de wettelijke rente (artikel 6:119 BW). Betaalt u niet binnen deze termijn, dan behoud ik mij het recht voor om zonder verdere aankondiging een procedure bij de kantonrechter te starten en daarbij vergoeding van de kosten te vorderen.</w:t>
      </w:r>
    </w:p>
    <w:p>
      <w:r>
        <w:rPr>
          <w:highlight w:val="yellow"/>
        </w:rPr>
        <w:t>[Alleen opnemen als u niet werkt omdat de werkgever u niet oproept of niet toelaat:]</w:t>
      </w:r>
      <w:r>
        <w:t xml:space="preserve"> Ik ben bereid en beschikbaar om mijn werk te verrichten.</w:t>
      </w:r>
    </w:p>
    <w:p>
      <w:r>
        <w:t>Met deze brief behoud ik mij ondubbelzinnig het recht op nakoming voor. De brief geldt als stuiting van de verjaring.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loonvordering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