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highlight w:val="yellow"/>
        </w:rPr>
        <w:t>[Uw naam]</w:t>
      </w:r>
      <w:r>
        <w:br/>
      </w:r>
      <w:r>
        <w:rPr>
          <w:highlight w:val="yellow"/>
        </w:rPr>
        <w:t>[Uw adres]</w:t>
      </w:r>
      <w:r>
        <w:br/>
      </w:r>
      <w:r>
        <w:rPr>
          <w:highlight w:val="yellow"/>
        </w:rPr>
        <w:t>[Postcode en woonplaats]</w:t>
      </w:r>
    </w:p>
    <w:p>
      <w:r>
        <w:t xml:space="preserve">Aan: </w:t>
      </w:r>
      <w:r>
        <w:rPr>
          <w:highlight w:val="yellow"/>
        </w:rPr>
        <w:t>[naam werkgever]</w:t>
      </w:r>
      <w:r>
        <w:br/>
      </w:r>
      <w:r>
        <w:t xml:space="preserve">T.a.v. </w:t>
      </w:r>
      <w:r>
        <w:rPr>
          <w:highlight w:val="yellow"/>
        </w:rPr>
        <w:t>[naam directeur]</w:t>
      </w:r>
      <w:r>
        <w:br/>
      </w:r>
      <w:r>
        <w:rPr>
          <w:highlight w:val="yellow"/>
        </w:rPr>
        <w:t>[Adres]</w:t>
      </w:r>
    </w:p>
    <w:p>
      <w:r>
        <w:rPr>
          <w:highlight w:val="yellow"/>
        </w:rPr>
        <w:t>[Plaats]</w:t>
      </w:r>
      <w:r>
        <w:t xml:space="preserve">, </w:t>
      </w:r>
      <w:r>
        <w:rPr>
          <w:highlight w:val="yellow"/>
        </w:rPr>
        <w:t>[datum]</w:t>
      </w:r>
    </w:p>
    <w:p>
      <w:r>
        <w:t>Per e-mail en aangetekend</w:t>
      </w:r>
    </w:p>
    <w:p>
      <w:r>
        <w:t>Betreft: bezwaar tegen ontslag op staande voet</w:t>
      </w:r>
    </w:p>
    <w:p>
      <w:r>
        <w:t xml:space="preserve">Geachte heer of mevrouw </w:t>
      </w:r>
      <w:r>
        <w:rPr>
          <w:highlight w:val="yellow"/>
        </w:rPr>
        <w:t>[naam]</w:t>
      </w:r>
      <w:r>
        <w:t>,</w:t>
      </w:r>
    </w:p>
    <w:p>
      <w:r>
        <w:t xml:space="preserve">Op </w:t>
      </w:r>
      <w:r>
        <w:rPr>
          <w:highlight w:val="yellow"/>
        </w:rPr>
        <w:t>[datum]</w:t>
      </w:r>
      <w:r>
        <w:t xml:space="preserve"> heeft u mij op staande voet ontslagen. </w:t>
      </w:r>
      <w:r>
        <w:rPr>
          <w:highlight w:val="yellow"/>
        </w:rPr>
        <w:t>[Kies:]</w:t>
      </w:r>
      <w:r>
        <w:t xml:space="preserve"> Als reden heeft u genoemd: </w:t>
      </w:r>
      <w:r>
        <w:rPr>
          <w:highlight w:val="yellow"/>
        </w:rPr>
        <w:t>[reden zoals door uw werkgever opgegeven]</w:t>
      </w:r>
      <w:r>
        <w:t xml:space="preserve">. </w:t>
      </w:r>
      <w:r>
        <w:rPr>
          <w:highlight w:val="yellow"/>
        </w:rPr>
        <w:t>[Of:]</w:t>
      </w:r>
      <w:r>
        <w:t xml:space="preserve"> U heeft daarbij geen reden genoemd.</w:t>
      </w:r>
    </w:p>
    <w:p>
      <w:r>
        <w:t xml:space="preserve">Ik ben het niet eens met dit ontslag. Ik betwist dat sprake is van een dringende reden als bedoeld in de artikelen 7:677 en 7:678 BW. </w:t>
      </w:r>
      <w:r>
        <w:rPr>
          <w:highlight w:val="yellow"/>
        </w:rPr>
        <w:t>[Eén of twee zinnen toelichting. Ga niet uitgebreid in op de verwijten.]</w:t>
      </w:r>
      <w:r>
        <w:t xml:space="preserve"> Ik stem niet in met het ontslag en berust er niet in.</w:t>
      </w:r>
    </w:p>
    <w:p>
      <w:r>
        <w:t xml:space="preserve">Ik houd mij beschikbaar om mijn werk direct te hervatten. Ik verzoek u mij binnen drie werkdagen te laten weten wanneer ik weer kan beginnen. Ik maak aanspraak op doorbetaling van mijn loon en alle overige arbeidsvoorwaarden vanaf </w:t>
      </w:r>
      <w:r>
        <w:rPr>
          <w:highlight w:val="yellow"/>
        </w:rPr>
        <w:t>[datum ontslag]</w:t>
      </w:r>
      <w:r>
        <w:t>, vermeerderd met de wettelijke verhoging en de wettelijke rente.</w:t>
      </w:r>
    </w:p>
    <w:p>
      <w:r>
        <w:t>Trekt u het ontslag niet in, dan zal ik de kantonrechter verzoeken het ontslag te vernietigen of mij een billijke vergoeding toe te kennen (artikel 7:681 BW).</w:t>
      </w:r>
    </w:p>
    <w:p>
      <w:r>
        <w:t>Ik verzoek u mij binnen drie werkdagen een kopie te sturen van mijn personeelsdossier en van alle stukken waarop u het ontslag baseert.</w:t>
      </w:r>
    </w:p>
    <w:p>
      <w:r>
        <w:t>Alle rechten behoud ik mij voor.</w:t>
      </w:r>
    </w:p>
    <w:p>
      <w:r>
        <w:t>Met vriendelijke groet,</w:t>
      </w:r>
    </w:p>
    <w:p>
      <w:r>
        <w:rPr>
          <w:highlight w:val="yellow"/>
        </w:rPr>
        <w:t>[Uw naam en handtekening]</w:t>
      </w:r>
    </w:p>
    <w:sectPr w:rsidR="00FC693F" w:rsidRPr="0006063C" w:rsidSect="00034616">
      <w:footerReference w:type="default" r:id="rId9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6"/>
      </w:rPr>
      <w:t>Voorbeeldbrief van arslan.nl/voorbeeldbrieven. Controleer of deze brief bij uw situatie past.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Voorbeeldbrief bezwaar ontslag op staande voet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