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[Uw naam]</w:t>
      </w:r>
      <w:r>
        <w:br/>
      </w:r>
      <w:r>
        <w:rPr>
          <w:highlight w:val="yellow"/>
        </w:rPr>
        <w:t>[Uw adres]</w:t>
      </w:r>
      <w:r>
        <w:br/>
      </w:r>
      <w:r>
        <w:rPr>
          <w:highlight w:val="yellow"/>
        </w:rPr>
        <w:t>[Postcode en woonplaats]</w:t>
      </w:r>
    </w:p>
    <w:p>
      <w:r>
        <w:t xml:space="preserve">Aan: </w:t>
      </w:r>
      <w:r>
        <w:rPr>
          <w:highlight w:val="yellow"/>
        </w:rPr>
        <w:t>[naam werkgever]</w:t>
      </w:r>
      <w:r>
        <w:br/>
      </w:r>
      <w:r>
        <w:t xml:space="preserve">T.a.v. </w:t>
      </w:r>
      <w:r>
        <w:rPr>
          <w:highlight w:val="yellow"/>
        </w:rPr>
        <w:t>[naam directeur of afdeling personeelszaken]</w:t>
      </w:r>
      <w:r>
        <w:br/>
      </w:r>
      <w:r>
        <w:rPr>
          <w:highlight w:val="yellow"/>
        </w:rPr>
        <w:t>[Adres]</w:t>
      </w:r>
    </w:p>
    <w:p>
      <w:r>
        <w:rPr>
          <w:highlight w:val="yellow"/>
        </w:rPr>
        <w:t>[Plaats]</w:t>
      </w:r>
      <w:r>
        <w:t xml:space="preserve">, </w:t>
      </w:r>
      <w:r>
        <w:rPr>
          <w:highlight w:val="yellow"/>
        </w:rPr>
        <w:t>[datum]</w:t>
      </w:r>
    </w:p>
    <w:p>
      <w:r>
        <w:t>Per e-mail en aangetekend</w:t>
      </w:r>
    </w:p>
    <w:p>
      <w:r>
        <w:t xml:space="preserve">Betreft: ontbinding van de vaststellingsovereenkomst van </w:t>
      </w:r>
      <w:r>
        <w:rPr>
          <w:highlight w:val="yellow"/>
        </w:rPr>
        <w:t>[datum]</w:t>
      </w:r>
    </w:p>
    <w:p>
      <w:r>
        <w:t xml:space="preserve">Geachte heer of mevrouw </w:t>
      </w:r>
      <w:r>
        <w:rPr>
          <w:highlight w:val="yellow"/>
        </w:rPr>
        <w:t>[naam]</w:t>
      </w:r>
      <w:r>
        <w:t>,</w:t>
      </w:r>
    </w:p>
    <w:p>
      <w:r>
        <w:t xml:space="preserve">Op </w:t>
      </w:r>
      <w:r>
        <w:rPr>
          <w:highlight w:val="yellow"/>
        </w:rPr>
        <w:t>[datum]</w:t>
      </w:r>
      <w:r>
        <w:t xml:space="preserve"> hebben wij een vaststellingsovereenkomst gesloten over het einde van mijn arbeidsovereenkomst.</w:t>
      </w:r>
    </w:p>
    <w:p>
      <w:r>
        <w:t>Hierbij ontbind ik deze vaststellingsovereenkomst op grond van artikel 7:670b lid 2 BW. Ik doe dat binnen de wettelijke bedenktermijn.</w:t>
      </w:r>
    </w:p>
    <w:p>
      <w:r>
        <w:t>Door deze ontbinding is de vaststellingsovereenkomst vervallen en loopt mijn arbeidsovereenkomst ongewijzigd door. Ik houd mij beschikbaar voor mijn werk en maak aanspraak op doorbetaling van mijn loon.</w:t>
      </w:r>
    </w:p>
    <w:p>
      <w:r>
        <w:t>Ik verzoek u mij binnen drie werkdagen schriftelijk te bevestigen dat u deze ontbinding heeft ontvangen en wanneer ik mijn werk kan hervatten.</w:t>
      </w:r>
    </w:p>
    <w:p>
      <w:r>
        <w:t>Met vriendelijke groet,</w:t>
      </w:r>
    </w:p>
    <w:p>
      <w:r>
        <w:rPr>
          <w:highlight w:val="yellow"/>
        </w:rPr>
        <w:t>[Uw naam en handtekening]</w:t>
      </w:r>
    </w:p>
    <w:sectPr w:rsidR="00FC693F" w:rsidRPr="0006063C" w:rsidSect="00034616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>Voorbeeldbrief van arslan.nl/voorbeeldbrieven. Controleer of deze brief bij uw situatie past.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Voorbeeldbrief vaststellingsovereenkomst herroepen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