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[Uw naam]</w:t>
      </w:r>
      <w:r>
        <w:br/>
      </w:r>
      <w:r>
        <w:rPr>
          <w:highlight w:val="yellow"/>
        </w:rPr>
        <w:t>[Uw adres]</w:t>
      </w:r>
      <w:r>
        <w:br/>
      </w:r>
      <w:r>
        <w:rPr>
          <w:highlight w:val="yellow"/>
        </w:rPr>
        <w:t>[Postcode en woonplaats]</w:t>
      </w:r>
    </w:p>
    <w:p>
      <w:r>
        <w:t xml:space="preserve">Aan: </w:t>
      </w:r>
      <w:r>
        <w:rPr>
          <w:highlight w:val="yellow"/>
        </w:rPr>
        <w:t>[naam rechtsbijstandverzekeraar of uitvoerder]</w:t>
      </w:r>
      <w:r>
        <w:br/>
      </w:r>
      <w:r>
        <w:rPr>
          <w:highlight w:val="yellow"/>
        </w:rPr>
        <w:t>[Adres]</w:t>
      </w:r>
    </w:p>
    <w:p>
      <w:r>
        <w:rPr>
          <w:highlight w:val="yellow"/>
        </w:rPr>
        <w:t>[Plaats]</w:t>
      </w:r>
      <w:r>
        <w:t xml:space="preserve">, </w:t>
      </w:r>
      <w:r>
        <w:rPr>
          <w:highlight w:val="yellow"/>
        </w:rPr>
        <w:t>[datum]</w:t>
      </w:r>
    </w:p>
    <w:p>
      <w:r>
        <w:t>Per e-mail en aangetekend</w:t>
      </w:r>
    </w:p>
    <w:p>
      <w:r>
        <w:t xml:space="preserve">Betreft: beroep op vrije advocaatkeuze, polisnummer </w:t>
      </w:r>
      <w:r>
        <w:rPr>
          <w:highlight w:val="yellow"/>
        </w:rPr>
        <w:t>[nummer]</w:t>
      </w:r>
      <w:r>
        <w:t xml:space="preserve">, dossiernummer </w:t>
      </w:r>
      <w:r>
        <w:rPr>
          <w:highlight w:val="yellow"/>
        </w:rPr>
        <w:t>[nummer]</w:t>
      </w:r>
    </w:p>
    <w:p>
      <w:r>
        <w:t>Geachte heer of mevrouw,</w:t>
      </w:r>
    </w:p>
    <w:p>
      <w:r>
        <w:t xml:space="preserve">Ik heb bij u een rechtsbijstandverzekering. Op </w:t>
      </w:r>
      <w:r>
        <w:rPr>
          <w:highlight w:val="yellow"/>
        </w:rPr>
        <w:t>[datum]</w:t>
      </w:r>
      <w:r>
        <w:t xml:space="preserve"> heb ik bij u een geschil gemeld over </w:t>
      </w:r>
      <w:r>
        <w:rPr>
          <w:highlight w:val="yellow"/>
        </w:rPr>
        <w:t>[korte omschrijving]</w:t>
      </w:r>
      <w:r>
        <w:t>.</w:t>
      </w:r>
    </w:p>
    <w:p>
      <w:r>
        <w:rPr>
          <w:highlight w:val="yellow"/>
        </w:rPr>
        <w:t>[Kies:]</w:t>
      </w:r>
      <w:r>
        <w:t xml:space="preserve"> In dit geschil is een gerechtelijke of administratieve procedure nodig, namelijk </w:t>
      </w:r>
      <w:r>
        <w:rPr>
          <w:highlight w:val="yellow"/>
        </w:rPr>
        <w:t>[bijvoorbeeld een procedure bij de kantonrechter of bezwaar bij het UWV]</w:t>
      </w:r>
      <w:r>
        <w:t xml:space="preserve">. </w:t>
      </w:r>
      <w:r>
        <w:rPr>
          <w:highlight w:val="yellow"/>
        </w:rPr>
        <w:t>[Of:]</w:t>
      </w:r>
      <w:r>
        <w:t xml:space="preserve"> In dit geschil is sprake van een belangenconflict, omdat de wederpartij ook bij u is verzekerd.</w:t>
      </w:r>
    </w:p>
    <w:p>
      <w:r>
        <w:t xml:space="preserve">Ik doe daarom een beroep op mijn recht om zelf een advocaat te kiezen (artikel 4:67 lid 1 Wft). Ik kies voor </w:t>
      </w:r>
      <w:r>
        <w:rPr>
          <w:highlight w:val="yellow"/>
        </w:rPr>
        <w:t>[naam advocaat]</w:t>
      </w:r>
      <w:r>
        <w:t xml:space="preserve"> van </w:t>
      </w:r>
      <w:r>
        <w:rPr>
          <w:highlight w:val="yellow"/>
        </w:rPr>
        <w:t>[naam kantoor]</w:t>
      </w:r>
      <w:r>
        <w:t xml:space="preserve"> te </w:t>
      </w:r>
      <w:r>
        <w:rPr>
          <w:highlight w:val="yellow"/>
        </w:rPr>
        <w:t>[plaats]</w:t>
      </w:r>
      <w:r>
        <w:t>.</w:t>
      </w:r>
    </w:p>
    <w:p>
      <w:r>
        <w:rPr>
          <w:highlight w:val="yellow"/>
        </w:rPr>
        <w:t>[Alleen opnemen als er een termijn loopt:]</w:t>
      </w:r>
      <w:r>
        <w:t xml:space="preserve"> In deze zaak loopt een termijn die eindigt op </w:t>
      </w:r>
      <w:r>
        <w:rPr>
          <w:highlight w:val="yellow"/>
        </w:rPr>
        <w:t>[datum]</w:t>
      </w:r>
      <w:r>
        <w:t>.</w:t>
      </w:r>
    </w:p>
    <w:p>
      <w:r>
        <w:t>Ik verzoek u mij binnen veertien dagen schriftelijk te bevestigen:</w:t>
      </w:r>
    </w:p>
    <w:p>
      <w:pPr>
        <w:pStyle w:val="ListNumber"/>
        <w:spacing w:after="40"/>
      </w:pPr>
      <w:r>
        <w:t>dat u instemt met het inschakelen van deze advocaat;</w:t>
      </w:r>
    </w:p>
    <w:p>
      <w:pPr>
        <w:pStyle w:val="ListNumber"/>
        <w:spacing w:after="40"/>
      </w:pPr>
      <w:r>
        <w:t>welk kostenmaximum en welk eigen risico volgens mijn polis gelden;</w:t>
      </w:r>
    </w:p>
    <w:p>
      <w:pPr>
        <w:pStyle w:val="ListNumber"/>
        <w:spacing w:after="160"/>
      </w:pPr>
      <w:r>
        <w:t>hoe de advocaat de kosten bij u kan declareren.</w:t>
      </w:r>
    </w:p>
    <w:p>
      <w:r>
        <w:t>Weigert u, dan verzoek ik u die beslissing schriftelijk te motiveren, met vermelding van het polisartikel waarop u zich beroept. Ik behoud mij het recht voor de weigering voor te leggen aan Kifid of de rechter.</w:t>
      </w:r>
    </w:p>
    <w:p>
      <w:r>
        <w:t>Met vriendelijke groet,</w:t>
      </w:r>
    </w:p>
    <w:p>
      <w:r>
        <w:rPr>
          <w:highlight w:val="yellow"/>
        </w:rPr>
        <w:t>[Uw naam en handtekening]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Voorbeeldbrief van arslan.nl/voorbeeldbrieven. Controleer of deze brief bij uw situatie past.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Voorbeeldbrief vrije advocaatkeuze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