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highlight w:val="yellow"/>
        </w:rPr>
        <w:t>[Uw naam]</w:t>
      </w:r>
      <w:r>
        <w:br/>
      </w:r>
      <w:r>
        <w:rPr>
          <w:highlight w:val="yellow"/>
        </w:rPr>
        <w:t>[Uw adres]</w:t>
      </w:r>
      <w:r>
        <w:br/>
      </w:r>
      <w:r>
        <w:rPr>
          <w:highlight w:val="yellow"/>
        </w:rPr>
        <w:t>[Postcode en woonplaats]</w:t>
      </w:r>
    </w:p>
    <w:p>
      <w:r>
        <w:t xml:space="preserve">Aan: </w:t>
      </w:r>
      <w:r>
        <w:rPr>
          <w:highlight w:val="yellow"/>
        </w:rPr>
        <w:t>[naam werkgever]</w:t>
      </w:r>
      <w:r>
        <w:t xml:space="preserve"> </w:t>
      </w:r>
      <w:r>
        <w:rPr>
          <w:highlight w:val="yellow"/>
        </w:rPr>
        <w:t>[en naam inlener]</w:t>
      </w:r>
      <w:r>
        <w:br/>
      </w:r>
      <w:r>
        <w:t>T.a.v. de directie</w:t>
      </w:r>
      <w:r>
        <w:br/>
      </w:r>
      <w:r>
        <w:rPr>
          <w:highlight w:val="yellow"/>
        </w:rPr>
        <w:t>[Adres]</w:t>
      </w:r>
    </w:p>
    <w:p>
      <w:r>
        <w:rPr>
          <w:highlight w:val="yellow"/>
        </w:rPr>
        <w:t>[Plaats]</w:t>
      </w:r>
      <w:r>
        <w:t xml:space="preserve">, </w:t>
      </w:r>
      <w:r>
        <w:rPr>
          <w:highlight w:val="yellow"/>
        </w:rPr>
        <w:t>[datum]</w:t>
      </w:r>
    </w:p>
    <w:p>
      <w:r>
        <w:t>Per e-mail en aangetekend</w:t>
      </w:r>
    </w:p>
    <w:p>
      <w:r>
        <w:t xml:space="preserve">Betreft: aansprakelijkstelling bedrijfsongeval van </w:t>
      </w:r>
      <w:r>
        <w:rPr>
          <w:highlight w:val="yellow"/>
        </w:rPr>
        <w:t>[datum]</w:t>
      </w:r>
    </w:p>
    <w:p>
      <w:r>
        <w:t xml:space="preserve">Geachte heer of mevrouw </w:t>
      </w:r>
      <w:r>
        <w:rPr>
          <w:highlight w:val="yellow"/>
        </w:rPr>
        <w:t>[naam]</w:t>
      </w:r>
      <w:r>
        <w:t>,</w:t>
      </w:r>
    </w:p>
    <w:p>
      <w:r>
        <w:t xml:space="preserve">Ik ben sinds </w:t>
      </w:r>
      <w:r>
        <w:rPr>
          <w:highlight w:val="yellow"/>
        </w:rPr>
        <w:t>[datum]</w:t>
      </w:r>
      <w:r>
        <w:t xml:space="preserve"> bij u werkzaam als </w:t>
      </w:r>
      <w:r>
        <w:rPr>
          <w:highlight w:val="yellow"/>
        </w:rPr>
        <w:t>[functie]</w:t>
      </w:r>
      <w:r>
        <w:t xml:space="preserve"> </w:t>
      </w:r>
      <w:r>
        <w:rPr>
          <w:highlight w:val="yellow"/>
        </w:rPr>
        <w:t>[via uitzendbureau (naam)]</w:t>
      </w:r>
      <w:r>
        <w:t xml:space="preserve">. Op </w:t>
      </w:r>
      <w:r>
        <w:rPr>
          <w:highlight w:val="yellow"/>
        </w:rPr>
        <w:t>[datum]</w:t>
      </w:r>
      <w:r>
        <w:t xml:space="preserve"> omstreeks </w:t>
      </w:r>
      <w:r>
        <w:rPr>
          <w:highlight w:val="yellow"/>
        </w:rPr>
        <w:t>[tijdstip]</w:t>
      </w:r>
      <w:r>
        <w:t xml:space="preserve"> is mij tijdens mijn werk op </w:t>
      </w:r>
      <w:r>
        <w:rPr>
          <w:highlight w:val="yellow"/>
        </w:rPr>
        <w:t>[locatie]</w:t>
      </w:r>
      <w:r>
        <w:t xml:space="preserve"> een ongeval overkomen.</w:t>
      </w:r>
    </w:p>
    <w:p>
      <w:r>
        <w:t xml:space="preserve">Het ongeval is als volgt gebeurd: </w:t>
      </w:r>
      <w:r>
        <w:rPr>
          <w:highlight w:val="yellow"/>
        </w:rPr>
        <w:t>[feitelijke beschrijving in drie tot vijf zinnen]</w:t>
      </w:r>
      <w:r>
        <w:t>.</w:t>
      </w:r>
    </w:p>
    <w:p>
      <w:r>
        <w:t xml:space="preserve">Door het ongeval heb ik het volgende letsel opgelopen: </w:t>
      </w:r>
      <w:r>
        <w:rPr>
          <w:highlight w:val="yellow"/>
        </w:rPr>
        <w:t>[korte omschrijving]</w:t>
      </w:r>
      <w:r>
        <w:t xml:space="preserve">. Ik ben onder behandeling bij </w:t>
      </w:r>
      <w:r>
        <w:rPr>
          <w:highlight w:val="yellow"/>
        </w:rPr>
        <w:t>[huisarts of ziekenhuis]</w:t>
      </w:r>
      <w:r>
        <w:t>.</w:t>
      </w:r>
    </w:p>
    <w:p>
      <w:r>
        <w:t>U bent verplicht te zorgen voor een veilige werkplek, veilige arbeidsmiddelen en voldoende instructie en toezicht. Ik stel u op grond van artikel 7:658 BW aansprakelijk voor alle schade die ik door het ongeval heb geleden en nog zal lijden.</w:t>
      </w:r>
    </w:p>
    <w:p>
      <w:r>
        <w:t>Ik verzoek u:</w:t>
      </w:r>
    </w:p>
    <w:p>
      <w:pPr>
        <w:pStyle w:val="ListNumber"/>
        <w:spacing w:after="40"/>
      </w:pPr>
      <w:r>
        <w:t>deze brief binnen veertien dagen door te sturen naar uw aansprakelijkheidsverzekeraar en mij de naam van de verzekeraar en het schadenummer te laten weten;</w:t>
      </w:r>
    </w:p>
    <w:p>
      <w:pPr>
        <w:pStyle w:val="ListNumber"/>
        <w:spacing w:after="40"/>
      </w:pPr>
      <w:r>
        <w:t>binnen drie maanden na ontvangst van deze brief, zelf of via uw verzekeraar, een onderbouwd standpunt over de aansprakelijkheid in te nemen;</w:t>
      </w:r>
    </w:p>
    <w:p>
      <w:pPr>
        <w:pStyle w:val="ListNumber"/>
        <w:spacing w:after="160"/>
      </w:pPr>
      <w:r>
        <w:t>mij een kopie te sturen van het ongevalsrapport, de melding aan de Nederlandse Arbeidsinspectie als die is gedaan, de risico-inventarisatie en -evaluatie voor mijn werkplek en de instructies die ik heb ontvangen.</w:t>
      </w:r>
    </w:p>
    <w:p>
      <w:r>
        <w:t>Met deze brief behoud ik mij ondubbelzinnig het recht op volledige schadevergoeding voor. De brief geldt als stuiting van de verjaring.</w:t>
      </w:r>
    </w:p>
    <w:p>
      <w:r>
        <w:t>Met vriendelijke groet,</w:t>
      </w:r>
    </w:p>
    <w:p>
      <w:r>
        <w:rPr>
          <w:highlight w:val="yellow"/>
        </w:rPr>
        <w:t>[Uw naam en handtekening]</w:t>
      </w:r>
    </w:p>
    <w:sectPr w:rsidR="00FC693F" w:rsidRPr="0006063C" w:rsidSect="00034616">
      <w:footerReference w:type="default" r:id="rId9"/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55555"/>
        <w:sz w:val="16"/>
      </w:rPr>
      <w:t>Voorbeeldbrief van arslan.nl/voorbeeldbrieven. Controleer of deze brief bij uw situatie past.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Voorbeeldbrief werkgever aansprakelijk stellen</dc:title>
  <dc:subject/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