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Huurverhoging laten corrigeren — voorbeeldbrief</w:t>
      </w:r>
    </w:p>
    <w:p>
      <w:pPr>
        <w:pStyle w:val="Heading1"/>
      </w:pPr>
      <w:r>
        <w:t>Gebruiksaanwijzing</w:t>
      </w:r>
    </w:p>
    <w:p>
      <w:pPr>
        <w:widowControl/>
      </w:pPr>
      <w:r>
        <w:t>Model voor een gemotiveerd verzoek om correctie. Stel eerst het huursegment, de contractdatum en de toepasselijke procedure vast. Voor sociale huur, middenhuur en vrije sector kunnen verschillende bezwaarroutes en termijnen gelden. Deze brief vervangt geen tijdig verzoek aan de Huurcommissie of rechter.</w:t>
      </w:r>
    </w:p>
    <w:p>
      <w:pPr>
        <w:pStyle w:val="Heading1"/>
      </w:pPr>
      <w:r>
        <w:t>Brief</w:t>
      </w:r>
    </w:p>
    <w:p>
      <w:pPr>
        <w:widowControl/>
      </w:pPr>
      <w:r>
        <w:t>[Naam en adres huurder]</w:t>
        <w:br/>
        <w:t>Aan: [naam en adres verhuurder/beheerder]</w:t>
        <w:br/>
        <w:t>[Plaats], [datum]</w:t>
        <w:br/>
        <w:t>Betreft: voorgestelde huurverhoging per [datum], [adres woning]</w:t>
      </w:r>
    </w:p>
    <w:p>
      <w:pPr>
        <w:widowControl/>
      </w:pPr>
      <w:r>
        <w:t>Geachte [naam],</w:t>
      </w:r>
    </w:p>
    <w:p>
      <w:pPr>
        <w:widowControl/>
      </w:pPr>
      <w:r>
        <w:t>Op [datum] ontving ik uw voorstel om de kale huur per [ingangsdatum] te verhogen van [bedrag] naar [bedrag] per maand.</w:t>
      </w:r>
    </w:p>
    <w:p>
      <w:pPr>
        <w:widowControl/>
      </w:pPr>
      <w:r>
        <w:t>Ik verzoek om heroverweging/correctie om de volgende concrete reden(en):</w:t>
        <w:br/>
        <w:t>- [Bijvoorbeeld: berekende stijging en toepasselijke wettelijke grens]</w:t>
        <w:br/>
        <w:t>- [Bijvoorbeeld: relevante contractuele afspraak en berekening]</w:t>
        <w:br/>
        <w:t>- [Bijvoorbeeld: toepasselijke vorm- of termijnvoorwaarde]</w:t>
      </w:r>
    </w:p>
    <w:p>
      <w:pPr>
        <w:widowControl/>
      </w:pPr>
      <w:r>
        <w:t>Mijn berekening en onderbouwing zijn: [uitleg met bron en juiste periode]. Wilt u de gebruikte grondslag, het huursegment en de berekening toelichten en waar nodig een gecorrigeerd voorstel sturen?</w:t>
      </w:r>
    </w:p>
    <w:p>
      <w:pPr>
        <w:widowControl/>
      </w:pPr>
      <w:r>
        <w:t>Graag ontvang ik uiterlijk [redelijke datum] uw reactie. Ik behoud mijn rechten en zal afzonderlijk beoordelen of tijdig een verzoek bij de bevoegde instantie nodig is.</w:t>
      </w:r>
    </w:p>
    <w:p>
      <w:pPr>
        <w:widowControl/>
      </w:pPr>
      <w:r>
        <w:t>Met vriendelijke groet,</w:t>
        <w:br/>
        <w:t>[Naam en handtekening]</w:t>
        <w:br/>
        <w:t>Bijlagen: [voorstel, relevante contractbepaling en berekening]</w:t>
      </w:r>
    </w:p>
    <w:p>
      <w:pPr>
        <w:pStyle w:val="Heading1"/>
      </w:pPr>
      <w:r>
        <w:t>Bewaar en bewaak</w:t>
      </w:r>
    </w:p>
    <w:p>
      <w:pPr>
        <w:widowControl/>
      </w:pPr>
      <w:r>
        <w:t>Bewaar het voorstel, de brief en bewijs van ontvangst. Laat beoordelen welk bedrag u tijdens het geschil moet betalen. Een verzoek om uitleg schort een wettelijke termijn niet automatisch op.</w:t>
      </w:r>
    </w:p>
    <w:sectPr w:rsidR="00FC693F" w:rsidRPr="0006063C" w:rsidSect="00034616">
      <w:headerReference w:type="default" r:id="rId9"/>
      <w:footerReference w:type="default" r:id="rId10"/>
      <w:pgSz w:w="11906" w:h="16838"/>
      <w:pgMar w:top="1077" w:right="1219" w:bottom="1077"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Invulmodel · concept voor beoordeling · versie 11-10-2026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66666"/>
      </w:rPr>
      <w:t>ARSLAN ADVOCATEN  |  VOORBEELDDOCUMENT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172B45"/>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172B4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151515"/>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val="0"/>
      <w:bCs/>
      <w:color w:val="666666"/>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Huurverhoging laten corrigeren — voorbeeldbrief</dc:title>
  <dc:subject>Model inhoudelijk gecontroleerd door ChatGPT op 11-10-2026; ingevulde persoonlijke afspraken apart beoordelen</dc:subject>
  <dc:creator>Concept voor 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