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Getuigschrift — verzoek en neutraal model</w:t>
      </w:r>
    </w:p>
    <w:p>
      <w:pPr>
        <w:pStyle w:val="Heading1"/>
      </w:pPr>
      <w:r>
        <w:t>Deel 1 · Verzoek door werknemer</w:t>
      </w:r>
    </w:p>
    <w:p>
      <w:pPr>
        <w:widowControl/>
      </w:pPr>
      <w:r>
        <w:t>Dit model is een verzoek om een wettelijk getuigschrift bij het einde van de arbeidsovereenkomst. Een neutraal getuigschrift is geen werkgeversverklaring voor een hypotheek en geen automatisch positieve aanbeveling.</w:t>
      </w:r>
    </w:p>
    <w:p>
      <w:pPr>
        <w:pStyle w:val="Heading1"/>
      </w:pPr>
      <w:r>
        <w:t>Verzoekbrief</w:t>
      </w:r>
    </w:p>
    <w:p>
      <w:pPr>
        <w:widowControl/>
      </w:pPr>
      <w:r>
        <w:t>[Naam werknemer en adres]</w:t>
        <w:br/>
        <w:t>Aan: [werkgever/contactpersoon en adres]</w:t>
        <w:br/>
        <w:t>[Plaats], [datum]</w:t>
        <w:br/>
        <w:t>Betreft: verzoek om getuigschrift</w:t>
      </w:r>
    </w:p>
    <w:p>
      <w:pPr>
        <w:widowControl/>
      </w:pPr>
      <w:r>
        <w:t>Geachte [naam],</w:t>
      </w:r>
    </w:p>
    <w:p>
      <w:pPr>
        <w:widowControl/>
      </w:pPr>
      <w:r>
        <w:t>In verband met het einde van mijn arbeidsovereenkomst op [datum] verzoek ik u mij een getuigschrift te verstrekken overeenkomstig artikel 7:656 BW.</w:t>
      </w:r>
    </w:p>
    <w:p>
      <w:pPr>
        <w:widowControl/>
      </w:pPr>
      <w:r>
        <w:t>Ik verzoek om een feitelijke vermelding van de aard van mijn werkzaamheden, de arbeidsduur en de begin- en einddatum van het dienstverband.</w:t>
      </w:r>
    </w:p>
    <w:p>
      <w:pPr>
        <w:widowControl/>
      </w:pPr>
      <w:r>
        <w:t>[Optioneel — alleen laten staan indien gewenst: Daarnaast verzoek ik u de volgende wettelijk toegestane aanvullende onderdelen op te nemen: omschrijf precies welke beoordeling of beëindigingsgegevens u wilt laten vermelden.]</w:t>
      </w:r>
    </w:p>
    <w:p>
      <w:pPr>
        <w:widowControl/>
      </w:pPr>
      <w:r>
        <w:t>Graag ontvang ik het document uiterlijk op [redelijke gewenste datum] via [wijze]. Als wij in een vaststellingsovereenkomst al een tekst hebben afgesproken, verwijs ik naar [bijlage/afspraak].</w:t>
      </w:r>
    </w:p>
    <w:p>
      <w:pPr>
        <w:widowControl/>
      </w:pPr>
      <w:r>
        <w:t>Met vriendelijke groet,</w:t>
        <w:br/>
        <w:t>[Naam en handtekening]</w:t>
      </w:r>
    </w:p>
    <w:p>
      <w:pPr>
        <w:pStyle w:val="Heading1"/>
      </w:pPr>
      <w:r>
        <w:t>Controle</w:t>
      </w:r>
    </w:p>
    <w:p>
      <w:pPr>
        <w:widowControl/>
      </w:pPr>
      <w:r>
        <w:t>Controleer of werkzaamheden en data kloppen. Verwijder de optionele passage als u uitsluitend een neutraal getuigschrift wilt. Een gewenste reactiedatum in de brief is niet vanzelf een wettelijke afgiftetermijn.</w:t>
      </w:r>
    </w:p>
    <w:p>
      <w:r>
        <w:br w:type="page"/>
      </w:r>
    </w:p>
    <w:p>
      <w:pPr>
        <w:pStyle w:val="Title"/>
      </w:pPr>
      <w:r>
        <w:t>Getuigschrift — vervolg</w:t>
      </w:r>
    </w:p>
    <w:p>
      <w:pPr>
        <w:pStyle w:val="Heading1"/>
      </w:pPr>
      <w:r>
        <w:t>Deel 2 · Neutraal model voor werkgever</w:t>
      </w:r>
    </w:p>
    <w:p>
      <w:pPr>
        <w:widowControl/>
      </w:pPr>
      <w:r>
        <w:t>Vul uitsluitend juiste feitelijke gegevens in. Voeg een beoordeling van functioneren of beëindigingsinformatie alleen toe volgens de wettelijke voorwaarden en het verzoek van de werknemer. Laat ongewenste opties weg.</w:t>
      </w:r>
    </w:p>
    <w:p>
      <w:pPr>
        <w:pStyle w:val="Heading1"/>
      </w:pPr>
      <w:r>
        <w:t>GETUIGSCHRIFT</w:t>
      </w:r>
    </w:p>
    <w:p>
      <w:pPr>
        <w:widowControl/>
      </w:pPr>
      <w:r>
        <w:t>[Naam en adres werkgever]</w:t>
      </w:r>
    </w:p>
    <w:p>
      <w:pPr>
        <w:widowControl/>
      </w:pPr>
      <w:r>
        <w:t>Hierbij verklaart [naam werkgever] dat [volledige naam werknemer] van [begindatum] tot en met [einddatum] bij ons in dienst is geweest.</w:t>
      </w:r>
    </w:p>
    <w:p>
      <w:pPr>
        <w:widowControl/>
      </w:pPr>
      <w:r>
        <w:t>De overeengekomen arbeidsduur bedroeg [uren per week / omschrijving relevante perioden bij wijzigingen].</w:t>
      </w:r>
    </w:p>
    <w:p>
      <w:pPr>
        <w:widowControl/>
      </w:pPr>
      <w:r>
        <w:t>De werknemer vervulde de functie(s) van [functie(s) en perioden]. De werkzaamheden bestonden uit [feitelijke omschrijving van de belangrijkste taken en verantwoordelijkheden].</w:t>
      </w:r>
    </w:p>
    <w:p>
      <w:pPr>
        <w:widowControl/>
      </w:pPr>
      <w:r>
        <w:t>[Optioneel, uitsluitend op passend verzoek en na inhoudelijke controle: aanvullende onderdelen overeenkomstig artikel 7:656 BW.]</w:t>
      </w:r>
    </w:p>
    <w:p>
      <w:pPr>
        <w:widowControl/>
      </w:pPr>
      <w:r>
        <w:t>Dit getuigschrift is op verzoek van de werknemer afgegeven.</w:t>
      </w:r>
    </w:p>
    <w:p>
      <w:pPr>
        <w:widowControl/>
      </w:pPr>
      <w:r>
        <w:t>[Plaats], [datum]</w:t>
        <w:br/>
        <w:t>Namens [werkgever],</w:t>
        <w:br/>
        <w:t>[Naam en functie bevoegde ondertekenaar]</w:t>
        <w:br/>
        <w:t>[Handtekening]</w:t>
      </w:r>
    </w:p>
    <w:p>
      <w:pPr>
        <w:pStyle w:val="Heading1"/>
      </w:pPr>
      <w:r>
        <w:t>Aandachtspunt</w:t>
      </w:r>
    </w:p>
    <w:p>
      <w:pPr>
        <w:widowControl/>
      </w:pPr>
      <w:r>
        <w:t>Een getuigschrift moet waarheidsgetrouw zijn. Gebruik geen verborgen signalen, onjuiste kwalificaties of standaardwaarderingen die niet overeenkomen met de feiten.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 xml:space="preserve">Invulmodel · concept voor beoordeling · versie 11-10-2026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666666"/>
      </w:rPr>
      <w:t>ARSLAN ADVOCATEN  |  VOORBEELDDOCUMENT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172B45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72B4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151515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9" w:lineRule="auto"/>
    </w:pPr>
    <w:rPr>
      <w:rFonts w:ascii="Calibri" w:hAnsi="Calibri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 w:val="0"/>
      <w:bCs/>
      <w:color w:val="666666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Getuigschrift — verzoek en neutraal model</dc:title>
  <dc:subject>Model inhoudelijk gecontroleerd door ChatGPT op 11-10-2026; ingevulde persoonlijke afspraken apart beoordelen</dc:subject>
  <dc:creator>Concept voor Arslan Advocaten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