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Huur opzeggen — voorbeeldbrief huurder</w:t>
      </w:r>
    </w:p>
    <w:p>
      <w:pPr>
        <w:pStyle w:val="Heading1"/>
      </w:pPr>
      <w:r>
        <w:t>Gebruiksaanwijzing</w:t>
      </w:r>
    </w:p>
    <w:p>
      <w:pPr>
        <w:widowControl/>
      </w:pPr>
      <w:r>
        <w:t>Voor een huurder van woonruimte die zelf wil opzeggen. Controleer opzegmogelijkheid, termijn en opzeggingsdag. Verstuur bij voorkeur aangetekend; een deurwaardersexploot is ook mogelijk. Vraag bij e-mail of gewone post een ontvangstbevestiging. Tijdelijke huur, medehuur en gezamenlijke huur vragen aparte controle. Niet voor opzegging door de verhuurder.</w:t>
      </w:r>
    </w:p>
    <w:p>
      <w:pPr>
        <w:pStyle w:val="Heading1"/>
      </w:pPr>
      <w:r>
        <w:t>Controle vóór verzending</w:t>
      </w:r>
    </w:p>
    <w:p>
      <w:pPr>
        <w:widowControl/>
      </w:pPr>
      <w:r>
        <w:t>[ ] Alle huurders en medehuurders correct betrokken.</w:t>
        <w:br/>
        <w:t>[ ] Einddatum en opzegtermijn gecontroleerd.</w:t>
        <w:br/>
        <w:t>[ ] Ontvanger en adres juist.</w:t>
        <w:br/>
        <w:t>[ ] Verzending en ontvangst aantoonbaar geregeld.</w:t>
        <w:br/>
        <w:t>[ ] Kopie en verzendbewijs bewaard.</w:t>
      </w:r>
    </w:p>
    <w:p>
      <w:pPr>
        <w:pStyle w:val="Heading1"/>
      </w:pPr>
      <w:r>
        <w:t>Brief — vul de velden in</w:t>
      </w:r>
    </w:p>
    <w:p>
      <w:pPr>
        <w:widowControl/>
      </w:pPr>
      <w:r>
        <w:t>[Naam huurder(s)]</w:t>
        <w:br/>
        <w:t>[Huidig adres]</w:t>
        <w:br/>
        <w:t>[Postcode en woonplaats]</w:t>
      </w:r>
    </w:p>
    <w:p>
      <w:pPr>
        <w:widowControl/>
      </w:pPr>
      <w:r>
        <w:t>Aan: [naam verhuurder/beheerder]</w:t>
        <w:br/>
        <w:t>[Adres ontvanger]</w:t>
      </w:r>
    </w:p>
    <w:p>
      <w:pPr>
        <w:widowControl/>
      </w:pPr>
      <w:r>
        <w:t>[Plaats], [datum]</w:t>
        <w:br/>
        <w:t>Betreft: opzegging huur [adres gehuurde]</w:t>
      </w:r>
    </w:p>
    <w:p>
      <w:pPr>
        <w:widowControl/>
      </w:pPr>
      <w:r>
        <w:t>Geachte [naam],</w:t>
      </w:r>
    </w:p>
    <w:p>
      <w:pPr>
        <w:widowControl/>
      </w:pPr>
      <w:r>
        <w:t>Hierbij zeg ik/zeggen wij de huurovereenkomst voor [volledig adres] op tegen [gecontroleerde rechtsgeldige einddatum].</w:t>
      </w:r>
    </w:p>
    <w:p>
      <w:pPr>
        <w:widowControl/>
      </w:pPr>
      <w:r>
        <w:t>Wilt u de ontvangst en de einddatum schriftelijk bevestigen? Graag maak ik/maken wij afspraken over een voorinspectie, eindinspectie, meterstanden en sleuteloverdracht.</w:t>
      </w:r>
    </w:p>
    <w:p>
      <w:pPr>
        <w:widowControl/>
      </w:pPr>
      <w:r>
        <w:t>Mijn/ons correspondentieadres na vertrek is [adres]. Voor een afspraak ben ik/zijn wij bereikbaar via [contactgegevens].</w:t>
      </w:r>
    </w:p>
    <w:p>
      <w:pPr>
        <w:widowControl/>
      </w:pPr>
      <w:r>
        <w:t>Ik verzoek/wij verzoeken u de waarborgsom overeenkomstig de toepasselijke regels af te rekenen en terug te betalen op [IBAN en rekeninghouder]. Geef eventuele verrekeningen gespecificeerd aan.</w:t>
      </w:r>
    </w:p>
    <w:p>
      <w:pPr>
        <w:widowControl/>
      </w:pPr>
      <w:r>
        <w:t>Met vriendelijke groet,</w:t>
        <w:br/>
        <w:t>[Naam/namen]</w:t>
        <w:br/>
        <w:t>[Handtekening(en)]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 xml:space="preserve">Invulmodel · concept voor beoordeling · versie 11-10-2026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666666"/>
      </w:rPr>
      <w:t>ARSLAN ADVOCATEN  |  VOORBEELDDOCUMENT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72B45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72B4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151515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9" w:lineRule="auto"/>
    </w:pPr>
    <w:rPr>
      <w:rFonts w:ascii="Calibri" w:hAnsi="Calibri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 w:val="0"/>
      <w:bCs/>
      <w:color w:val="666666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Huur opzeggen — voorbeeldbrief huurder</dc:title>
  <dc:subject>Model inhoudelijk gecontroleerd door ChatGPT op 11-10-2026; ingevulde persoonlijke afspraken apart beoordelen</dc:subject>
  <dc:creator>Concept voor Arslan Advocaten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