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lang w:val="tr-TR"/>
        </w:rPr>
        <w:t>İşverene sorumluluk bildirim mektubu</w:t>
      </w:r>
    </w:p>
    <w:p>
      <w:r>
        <w:rPr>
          <w:lang w:val="tr-TR"/>
        </w:rPr>
        <w:t>Bu örnek, Hollanda’da belirli bir iş kazası için hazırlanmıştır. Göndermeden önce somut olayınıza uyarlayın. Mektup tek başına sorumluluğu kesinleştirmez.</w:t>
      </w:r>
    </w:p>
    <w:p>
      <w:r>
        <w:rPr>
          <w:lang w:val="tr-TR"/>
        </w:rPr>
        <w:t>1. Köşeli parantez içindeki alanları doldurun. İşverenin tam hukuki unvanını yazın. İşçi temin bürosu ve fiilen çalışılan şirkete ayrı bildirim gerekebilir.</w:t>
      </w:r>
    </w:p>
    <w:p>
      <w:r>
        <w:rPr>
          <w:lang w:val="tr-TR"/>
        </w:rPr>
        <w:t>2. Kazayı gerçeklere uygun anlatın. Çizelge, mesaj, tanık, fotoğraf ve diğer delilleri koruyun. İşverene gönderilen mektuba bütün sağlık dosyanızı eklemeyin.</w:t>
      </w:r>
    </w:p>
    <w:p>
      <w:r>
        <w:rPr>
          <w:lang w:val="tr-TR"/>
        </w:rPr>
        <w:t>3. Muhatabın anlayacağı dilde gönderin. Gerekiyorsa Hollandaca çeviri hazırlatın. Son metni, gönderim ve teslim delillerini saklayın.</w:t>
      </w:r>
    </w:p>
    <w:p>
      <w:r>
        <w:rPr>
          <w:lang w:val="tr-TR"/>
        </w:rPr>
        <w:t>4. Açık bir hak saklı tutma bildirimi ancak hukuki koşullar sağlanırsa zamanaşımını kesebilir; doğru muhataba zamanında ulaşması gerekir. Son tarihi hesaplamak veya korumak için yalnızca bu örneğe güvenmeyin.</w:t>
      </w:r>
    </w:p>
    <w:p>
      <w:r>
        <w:rPr>
          <w:lang w:val="tr-TR"/>
        </w:rPr>
        <w:t>5. İstenen on dört günlük ve üç aylık cevap süreleri kanuni zamanaşımından farklıdır. Sessizlik sorumluluğun kabulü anlamına gelmez.</w:t>
      </w:r>
    </w:p>
    <w:p>
      <w:r>
        <w:rPr>
          <w:lang w:val="tr-TR"/>
        </w:rPr>
        <w:t>6. Meslek hastalığı, ev-iş ulaşımı, iş sırasında trafik kazası ve serbest çalışma farklı metin veya inceleme gerektirebilir. Örneğin uygunluğunu değerlendirtin.</w:t>
      </w:r>
    </w:p>
    <w:p>
      <w:r>
        <w:rPr>
          <w:lang w:val="tr-TR"/>
        </w:rPr>
        <w:t>7. Arslan Advocaten ile ilk görüşme ücretsiz ve bağlayıcı değildir. Sonraki metin hazırlığı veya hukuki yardım için ayrıca masraf anlaşması yapılır.</w:t>
      </w:r>
    </w:p>
    <w:p>
      <w:r>
        <w:rPr>
          <w:lang w:val="tr-TR"/>
        </w:rPr>
        <w:t>Arslan Advocaten | +31 70 450 0300</w:t>
      </w:r>
    </w:p>
    <w:p>
      <w:r>
        <w:rPr>
          <w:lang w:val="tr-TR"/>
        </w:rPr>
        <w:t>https://arslan.nl/tr/isverene-sorumluluk-bildirim-mektubu/</w:t>
      </w:r>
    </w:p>
    <w:p>
      <w:r>
        <w:rPr>
          <w:b/>
          <w:lang w:val="tr-TR"/>
        </w:rPr>
        <w:t>Düzenlenebilir mektup sonraki sayfadadır</w:t>
      </w:r>
    </w:p>
    <w:p>
      <w:r>
        <w:rPr>
          <w:lang w:val="tr-TR"/>
        </w:rPr>
        <w:br w:type="page"/>
      </w:r>
    </w:p>
    <w:p>
      <w:pPr>
        <w:widowControl/>
        <w:spacing w:after="140"/>
      </w:pPr>
      <w:r>
        <w:rPr>
          <w:lang w:val="tr-TR"/>
        </w:rPr>
        <w:t>[Adınız ve soyadınız]</w:t>
        <w:br/>
        <w:t>[Adresiniz]</w:t>
        <w:br/>
        <w:t>[Posta kodu ve şehir]</w:t>
      </w:r>
    </w:p>
    <w:p>
      <w:pPr>
        <w:widowControl/>
        <w:spacing w:after="140"/>
      </w:pPr>
      <w:r>
        <w:rPr>
          <w:lang w:val="tr-TR"/>
        </w:rPr>
        <w:t>Muhatap: [işverenin tam hukuki unvanı]</w:t>
        <w:br/>
        <w:t>[gerekiyorsa ayrı mektupla fiilen çalışılan şirket]</w:t>
        <w:br/>
        <w:t>Şirket yönetiminin dikkatine</w:t>
        <w:br/>
        <w:t>[Adres]</w:t>
      </w:r>
    </w:p>
    <w:p>
      <w:pPr>
        <w:widowControl/>
        <w:spacing w:after="140"/>
      </w:pPr>
      <w:r>
        <w:rPr>
          <w:lang w:val="tr-TR"/>
        </w:rPr>
        <w:t>[Şehir], [tarih]</w:t>
        <w:br/>
        <w:t>E-posta ve taahhütlü posta yoluyla</w:t>
      </w:r>
    </w:p>
    <w:p>
      <w:pPr>
        <w:widowControl/>
        <w:spacing w:after="140"/>
      </w:pPr>
      <w:r>
        <w:rPr>
          <w:b/>
          <w:lang w:val="tr-TR"/>
        </w:rPr>
        <w:t>Konu: [tarih] tarihli iş kazası nedeniyle sorumluluk bildirimi</w:t>
      </w:r>
    </w:p>
    <w:p>
      <w:pPr>
        <w:widowControl/>
        <w:spacing w:after="140"/>
      </w:pPr>
      <w:r>
        <w:rPr>
          <w:lang w:val="tr-TR"/>
        </w:rPr>
        <w:t>Sayın [isim / yetkili],</w:t>
      </w:r>
    </w:p>
    <w:p>
      <w:pPr>
        <w:widowControl/>
        <w:spacing w:after="140"/>
      </w:pPr>
      <w:r>
        <w:rPr>
          <w:lang w:val="tr-TR"/>
        </w:rPr>
        <w:t>[tarih] tarihinden beri [görev] olarak sizin için çalışıyorum [işçi temin bürosu: adı]. [tarih] günü yaklaşık [saat] sıralarında [yer] adresinde işimi yaparken kaza geçirdim.</w:t>
      </w:r>
    </w:p>
    <w:p>
      <w:pPr>
        <w:widowControl/>
        <w:spacing w:after="140"/>
      </w:pPr>
      <w:r>
        <w:rPr>
          <w:lang w:val="tr-TR"/>
        </w:rPr>
        <w:t>Kaza şu şekilde gerçekleşti: [olayın üç ila beş cümleyle gerçeklere dayalı açıklaması]. Kazada [yaralanmaların kısa açıklaması] meydana geldi. [Hekim veya hastane] tarafından tedavi edildim.</w:t>
      </w:r>
    </w:p>
    <w:p>
      <w:pPr>
        <w:widowControl/>
        <w:spacing w:after="140"/>
      </w:pPr>
      <w:r>
        <w:rPr>
          <w:lang w:val="tr-TR"/>
        </w:rPr>
        <w:t>Güvenli işyeri ve ekipman sağlamanız, uygun talimat vermeniz ve denetim yapmanız gerekir. Hollanda Medeni Kanunu’nun 7:658. maddesi uyarınca, bu kaza nedeniyle uğradığım ve gelecekte uğrayacağım bütün zararlardan sizi sorumlu tutuyorum.</w:t>
      </w:r>
    </w:p>
    <w:p>
      <w:pPr>
        <w:widowControl/>
        <w:spacing w:after="140"/>
      </w:pPr>
      <w:r>
        <w:rPr>
          <w:lang w:val="tr-TR"/>
        </w:rPr>
        <w:t>Bu mektubu on dört gün içinde sorumluluk sigortanıza iletmenizi ve sigorta şirketinin adıyla hasar dosya numarasını bildirmenizi rica ederim. Mektubun alınmasından itibaren üç ay içinde, sizin veya sigortanızın sorumluluk konusunda gerekçeli görüş bildirmesini talep ediyorum.</w:t>
      </w:r>
    </w:p>
    <w:p>
      <w:pPr>
        <w:widowControl/>
        <w:spacing w:after="140"/>
      </w:pPr>
      <w:r>
        <w:rPr>
          <w:lang w:val="tr-TR"/>
        </w:rPr>
        <w:t>İlgili kamera görüntülerini, olay kayıtlarını, talimatları, eğitim ve bakım belgelerini muhafaza etmenizi rica ederim. Olay tutanağının, varsa Hollanda İş Müfettişliğine yapılan bildirimin, işim ve kazayla ilgili risk değerlendirmesi ile talimatların kopyalarını da talep ediyorum.</w:t>
      </w:r>
    </w:p>
    <w:p>
      <w:pPr>
        <w:widowControl/>
        <w:spacing w:after="140"/>
      </w:pPr>
      <w:r>
        <w:rPr>
          <w:lang w:val="tr-TR"/>
        </w:rPr>
        <w:t>Bu kazadan kaynaklanan geçmiş ve gelecekteki bütün zararlarım için tam tazminat hakkımı açık ve tereddütsüz biçimde saklı tutuyorum. Bu yazılı bildirimin amacı, Hollanda Medeni Kanunu’nun 3:317. maddesi uyarınca zamanaşımını kesmektir.</w:t>
      </w:r>
    </w:p>
    <w:p>
      <w:pPr>
        <w:keepNext/>
        <w:widowControl/>
        <w:spacing w:after="140"/>
      </w:pPr>
      <w:r>
        <w:rPr>
          <w:lang w:val="tr-TR"/>
        </w:rPr>
        <w:t>Saygılarımla,</w:t>
      </w:r>
    </w:p>
    <w:p>
      <w:pPr>
        <w:widowControl/>
        <w:spacing w:after="140"/>
      </w:pPr>
      <w:r>
        <w:rPr>
          <w:lang w:val="tr-TR"/>
        </w:rPr>
        <w:t>[Adınız, soyadınız ve imzanız]</w:t>
      </w:r>
    </w:p>
    <w:sectPr w:rsidR="00FC693F" w:rsidRPr="0006063C" w:rsidSect="00034616">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Aptos" w:hAnsi="Aptos"/>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ptos" w:hAnsi="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ptos" w:hAnsi="Aptos"/>
      <w:color w:val="000000"/>
      <w:spacing w:val="5"/>
      <w:kern w:val="28"/>
      <w:sz w:val="40"/>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İşverene sorumluluk bildirim mektubu</dc:title>
  <dc:subject>Hollanda’da iş kazası</dc:subject>
  <dc:creator>Arslan Advocaten</dc:creator>
  <cp:keywords/>
  <dc:description>generated by python-docx</dc:description>
  <cp:lastModifiedBy/>
  <cp:revision>1</cp:revision>
  <dcterms:created xsi:type="dcterms:W3CDTF">2013-12-23T23:15:00Z</dcterms:created>
  <dcterms:modified xsi:type="dcterms:W3CDTF">2013-12-23T23:15:00Z</dcterms:modified>
  <cp:category/>
</cp:coreProperties>
</file>